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9826B" w14:textId="77777777" w:rsidR="00D827E5" w:rsidRDefault="007965C3">
      <w:pPr>
        <w:spacing w:after="160"/>
        <w:jc w:val="center"/>
      </w:pPr>
      <w:r>
        <w:rPr>
          <w:rFonts w:ascii="Georgia" w:hAnsi="Georgia"/>
          <w:b/>
          <w:color w:val="4A234F"/>
          <w:sz w:val="32"/>
        </w:rPr>
        <w:t>✦</w:t>
      </w:r>
      <w:r>
        <w:rPr>
          <w:rFonts w:ascii="Georgia" w:hAnsi="Georgia"/>
          <w:b/>
          <w:color w:val="4A234F"/>
          <w:sz w:val="32"/>
        </w:rPr>
        <w:t xml:space="preserve">  BARLING MAGNA PARISH COUNCIL  ✦</w:t>
      </w:r>
    </w:p>
    <w:p w14:paraId="498D16A4" w14:textId="77777777" w:rsidR="00D827E5" w:rsidRDefault="007965C3">
      <w:pPr>
        <w:spacing w:after="0"/>
        <w:jc w:val="center"/>
      </w:pPr>
      <w:r>
        <w:rPr>
          <w:rFonts w:ascii="Georgia" w:hAnsi="Georgia"/>
          <w:b/>
          <w:color w:val="E87522"/>
          <w:sz w:val="68"/>
        </w:rPr>
        <w:t>HALLOWEEN</w:t>
      </w:r>
    </w:p>
    <w:p w14:paraId="44AA6E44" w14:textId="77777777" w:rsidR="00D827E5" w:rsidRDefault="007965C3">
      <w:pPr>
        <w:spacing w:after="240"/>
        <w:jc w:val="center"/>
      </w:pPr>
      <w:r>
        <w:rPr>
          <w:rFonts w:ascii="Georgia" w:hAnsi="Georgia"/>
          <w:b/>
          <w:color w:val="29213A"/>
          <w:sz w:val="44"/>
        </w:rPr>
        <w:t>BEST DRESSED HOUSE COMPETITION</w:t>
      </w:r>
    </w:p>
    <w:p w14:paraId="5954F4A1" w14:textId="77777777" w:rsidR="00D827E5" w:rsidRDefault="007965C3">
      <w:pPr>
        <w:spacing w:after="360"/>
        <w:jc w:val="center"/>
      </w:pPr>
      <w:r>
        <w:rPr>
          <w:rFonts w:ascii="Georgia" w:hAnsi="Georgia"/>
          <w:b/>
          <w:color w:val="7A4A85"/>
          <w:sz w:val="30"/>
        </w:rPr>
        <w:t>CERTIFICATE OF ACHIEVEMENT</w:t>
      </w:r>
    </w:p>
    <w:p w14:paraId="2B399ABB" w14:textId="77777777" w:rsidR="00D827E5" w:rsidRDefault="007965C3">
      <w:pPr>
        <w:jc w:val="center"/>
      </w:pPr>
      <w:r>
        <w:rPr>
          <w:rFonts w:ascii="Georgia" w:hAnsi="Georgia"/>
          <w:i/>
          <w:color w:val="333333"/>
          <w:sz w:val="30"/>
        </w:rPr>
        <w:t>This certificate is proudly presented to</w:t>
      </w:r>
    </w:p>
    <w:p w14:paraId="5BF1D465" w14:textId="1E153433" w:rsidR="00D827E5" w:rsidRDefault="007965C3">
      <w:pPr>
        <w:spacing w:after="160"/>
        <w:jc w:val="center"/>
      </w:pPr>
      <w:r>
        <w:rPr>
          <w:rFonts w:ascii="Georgia" w:hAnsi="Georgia"/>
          <w:color w:val="4A234F"/>
          <w:sz w:val="48"/>
        </w:rPr>
        <w:t>___</w:t>
      </w:r>
      <w:r w:rsidR="00380E2F">
        <w:rPr>
          <w:rFonts w:ascii="Georgia" w:hAnsi="Georgia"/>
          <w:color w:val="4A234F"/>
          <w:sz w:val="48"/>
        </w:rPr>
        <w:t>27a Church Road</w:t>
      </w:r>
      <w:r>
        <w:rPr>
          <w:rFonts w:ascii="Georgia" w:hAnsi="Georgia"/>
          <w:color w:val="4A234F"/>
          <w:sz w:val="48"/>
        </w:rPr>
        <w:t>_______</w:t>
      </w:r>
    </w:p>
    <w:p w14:paraId="676E0613" w14:textId="77777777" w:rsidR="00D827E5" w:rsidRDefault="007965C3">
      <w:pPr>
        <w:spacing w:after="80"/>
        <w:jc w:val="center"/>
      </w:pPr>
      <w:r>
        <w:rPr>
          <w:rFonts w:ascii="Georgia" w:hAnsi="Georgia"/>
          <w:i/>
          <w:color w:val="333333"/>
          <w:sz w:val="28"/>
        </w:rPr>
        <w:t>for achieving</w:t>
      </w:r>
    </w:p>
    <w:p w14:paraId="02EBE983" w14:textId="77777777" w:rsidR="00D827E5" w:rsidRDefault="007965C3">
      <w:pPr>
        <w:spacing w:after="120"/>
        <w:jc w:val="center"/>
      </w:pPr>
      <w:r>
        <w:rPr>
          <w:rFonts w:ascii="Georgia" w:hAnsi="Georgia"/>
          <w:b/>
          <w:color w:val="E87522"/>
          <w:sz w:val="60"/>
        </w:rPr>
        <w:t>1ST PLACE</w:t>
      </w:r>
    </w:p>
    <w:p w14:paraId="2F69FB91" w14:textId="77777777" w:rsidR="00D827E5" w:rsidRDefault="007965C3">
      <w:pPr>
        <w:spacing w:after="320"/>
        <w:jc w:val="center"/>
      </w:pPr>
      <w:r>
        <w:rPr>
          <w:rFonts w:ascii="Georgia" w:hAnsi="Georgia"/>
          <w:color w:val="333333"/>
          <w:sz w:val="28"/>
        </w:rPr>
        <w:t>in the Barling Magna Parish Council Best Dressed Halloween House Competition.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64"/>
      </w:tblGrid>
      <w:tr w:rsidR="00D827E5" w14:paraId="52D7CE09" w14:textId="77777777">
        <w:trPr>
          <w:jc w:val="center"/>
        </w:trPr>
        <w:tc>
          <w:tcPr>
            <w:tcW w:w="8064" w:type="dxa"/>
            <w:shd w:val="clear" w:color="auto" w:fill="FCE8D7"/>
            <w:vAlign w:val="center"/>
          </w:tcPr>
          <w:p w14:paraId="0FE4AD44" w14:textId="77777777" w:rsidR="00D827E5" w:rsidRDefault="007965C3">
            <w:pPr>
              <w:spacing w:before="100" w:after="100"/>
              <w:jc w:val="center"/>
            </w:pPr>
            <w:r>
              <w:rPr>
                <w:rFonts w:ascii="Georgia" w:hAnsi="Georgia"/>
                <w:i/>
                <w:color w:val="4A234F"/>
                <w:sz w:val="26"/>
              </w:rPr>
              <w:t>Thank you for helping make Barling Magna spooky!</w:t>
            </w:r>
          </w:p>
        </w:tc>
      </w:tr>
    </w:tbl>
    <w:p w14:paraId="3C082249" w14:textId="77777777" w:rsidR="00D827E5" w:rsidRDefault="007965C3">
      <w:pPr>
        <w:spacing w:before="360" w:after="0"/>
        <w:jc w:val="center"/>
      </w:pPr>
      <w:r>
        <w:rPr>
          <w:rFonts w:ascii="Georgia" w:hAnsi="Georgia"/>
          <w:color w:val="555555"/>
        </w:rPr>
        <w:t>Date: ___________________________          Signed: ___________________________</w:t>
      </w:r>
    </w:p>
    <w:p w14:paraId="1F181D64" w14:textId="77777777" w:rsidR="00D827E5" w:rsidRDefault="007965C3">
      <w:pPr>
        <w:spacing w:before="100" w:after="0"/>
        <w:jc w:val="center"/>
      </w:pPr>
      <w:r>
        <w:rPr>
          <w:rFonts w:ascii="Georgia" w:hAnsi="Georgia"/>
          <w:b/>
          <w:color w:val="4A234F"/>
          <w:sz w:val="24"/>
        </w:rPr>
        <w:t>Barling Magna Parish Council</w:t>
      </w:r>
    </w:p>
    <w:p w14:paraId="7B2C5B1E" w14:textId="77777777" w:rsidR="00D827E5" w:rsidRDefault="007965C3">
      <w:r>
        <w:br w:type="page"/>
      </w:r>
    </w:p>
    <w:p w14:paraId="6FB08D46" w14:textId="77777777" w:rsidR="00D827E5" w:rsidRDefault="007965C3">
      <w:pPr>
        <w:spacing w:after="160"/>
        <w:jc w:val="center"/>
      </w:pPr>
      <w:r>
        <w:rPr>
          <w:rFonts w:ascii="Georgia" w:hAnsi="Georgia"/>
          <w:b/>
          <w:color w:val="4A234F"/>
          <w:sz w:val="32"/>
        </w:rPr>
        <w:lastRenderedPageBreak/>
        <w:t>✦</w:t>
      </w:r>
      <w:r>
        <w:rPr>
          <w:rFonts w:ascii="Georgia" w:hAnsi="Georgia"/>
          <w:b/>
          <w:color w:val="4A234F"/>
          <w:sz w:val="32"/>
        </w:rPr>
        <w:t xml:space="preserve">  BARLING MAGNA PARISH COUNCIL  ✦</w:t>
      </w:r>
    </w:p>
    <w:p w14:paraId="6328AE8A" w14:textId="77777777" w:rsidR="00D827E5" w:rsidRDefault="007965C3">
      <w:pPr>
        <w:spacing w:after="0"/>
        <w:jc w:val="center"/>
      </w:pPr>
      <w:r>
        <w:rPr>
          <w:rFonts w:ascii="Georgia" w:hAnsi="Georgia"/>
          <w:b/>
          <w:color w:val="E87522"/>
          <w:sz w:val="68"/>
        </w:rPr>
        <w:t>HALLOWEEN</w:t>
      </w:r>
    </w:p>
    <w:p w14:paraId="2ABCC491" w14:textId="77777777" w:rsidR="00D827E5" w:rsidRDefault="007965C3">
      <w:pPr>
        <w:spacing w:after="240"/>
        <w:jc w:val="center"/>
      </w:pPr>
      <w:r>
        <w:rPr>
          <w:rFonts w:ascii="Georgia" w:hAnsi="Georgia"/>
          <w:b/>
          <w:color w:val="29213A"/>
          <w:sz w:val="44"/>
        </w:rPr>
        <w:t>BEST DRESSED HOUSE COMPETITION</w:t>
      </w:r>
    </w:p>
    <w:p w14:paraId="26CDBFC0" w14:textId="77777777" w:rsidR="00D827E5" w:rsidRDefault="007965C3">
      <w:pPr>
        <w:spacing w:after="360"/>
        <w:jc w:val="center"/>
      </w:pPr>
      <w:r>
        <w:rPr>
          <w:rFonts w:ascii="Georgia" w:hAnsi="Georgia"/>
          <w:b/>
          <w:color w:val="7A4A85"/>
          <w:sz w:val="30"/>
        </w:rPr>
        <w:t>CERTIFICATE OF ACHIEVEMENT</w:t>
      </w:r>
    </w:p>
    <w:p w14:paraId="3E41F0C2" w14:textId="77777777" w:rsidR="00D827E5" w:rsidRDefault="007965C3">
      <w:pPr>
        <w:jc w:val="center"/>
      </w:pPr>
      <w:r>
        <w:rPr>
          <w:rFonts w:ascii="Georgia" w:hAnsi="Georgia"/>
          <w:i/>
          <w:color w:val="333333"/>
          <w:sz w:val="30"/>
        </w:rPr>
        <w:t>This certificate is proudly presented to</w:t>
      </w:r>
    </w:p>
    <w:p w14:paraId="02BE0B50" w14:textId="01CB69BE" w:rsidR="00D827E5" w:rsidRDefault="007965C3">
      <w:pPr>
        <w:spacing w:after="160"/>
        <w:jc w:val="center"/>
      </w:pPr>
      <w:r>
        <w:rPr>
          <w:rFonts w:ascii="Georgia" w:hAnsi="Georgia"/>
          <w:color w:val="4A234F"/>
          <w:sz w:val="48"/>
        </w:rPr>
        <w:t>__</w:t>
      </w:r>
      <w:r w:rsidR="00380E2F">
        <w:rPr>
          <w:rFonts w:ascii="Georgia" w:hAnsi="Georgia"/>
          <w:color w:val="4A234F"/>
          <w:sz w:val="48"/>
        </w:rPr>
        <w:t>230 Little Wakering Road</w:t>
      </w:r>
      <w:r>
        <w:rPr>
          <w:rFonts w:ascii="Georgia" w:hAnsi="Georgia"/>
          <w:color w:val="4A234F"/>
          <w:sz w:val="48"/>
        </w:rPr>
        <w:t>___</w:t>
      </w:r>
    </w:p>
    <w:p w14:paraId="4FC49E74" w14:textId="77777777" w:rsidR="00D827E5" w:rsidRDefault="007965C3">
      <w:pPr>
        <w:spacing w:after="80"/>
        <w:jc w:val="center"/>
      </w:pPr>
      <w:r>
        <w:rPr>
          <w:rFonts w:ascii="Georgia" w:hAnsi="Georgia"/>
          <w:i/>
          <w:color w:val="333333"/>
          <w:sz w:val="28"/>
        </w:rPr>
        <w:t>for achieving</w:t>
      </w:r>
    </w:p>
    <w:p w14:paraId="44FFB04B" w14:textId="77777777" w:rsidR="00D827E5" w:rsidRDefault="007965C3">
      <w:pPr>
        <w:spacing w:after="120"/>
        <w:jc w:val="center"/>
      </w:pPr>
      <w:r>
        <w:rPr>
          <w:rFonts w:ascii="Georgia" w:hAnsi="Georgia"/>
          <w:b/>
          <w:color w:val="E87522"/>
          <w:sz w:val="60"/>
        </w:rPr>
        <w:t>2ND PLACE</w:t>
      </w:r>
    </w:p>
    <w:p w14:paraId="201B0A29" w14:textId="77777777" w:rsidR="00D827E5" w:rsidRDefault="007965C3">
      <w:pPr>
        <w:spacing w:after="320"/>
        <w:jc w:val="center"/>
      </w:pPr>
      <w:r>
        <w:rPr>
          <w:rFonts w:ascii="Georgia" w:hAnsi="Georgia"/>
          <w:color w:val="333333"/>
          <w:sz w:val="28"/>
        </w:rPr>
        <w:t>in the Barling Magna Parish Council Best Dressed Halloween House Competition.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64"/>
      </w:tblGrid>
      <w:tr w:rsidR="00D827E5" w14:paraId="5FF950AA" w14:textId="77777777">
        <w:trPr>
          <w:jc w:val="center"/>
        </w:trPr>
        <w:tc>
          <w:tcPr>
            <w:tcW w:w="8064" w:type="dxa"/>
            <w:shd w:val="clear" w:color="auto" w:fill="FCE8D7"/>
            <w:vAlign w:val="center"/>
          </w:tcPr>
          <w:p w14:paraId="4861835D" w14:textId="77777777" w:rsidR="00D827E5" w:rsidRDefault="007965C3">
            <w:pPr>
              <w:spacing w:before="100" w:after="100"/>
              <w:jc w:val="center"/>
            </w:pPr>
            <w:r>
              <w:rPr>
                <w:rFonts w:ascii="Georgia" w:hAnsi="Georgia"/>
                <w:i/>
                <w:color w:val="4A234F"/>
                <w:sz w:val="26"/>
              </w:rPr>
              <w:t>Thank you for helping make Barling Magna spooky!</w:t>
            </w:r>
          </w:p>
        </w:tc>
      </w:tr>
    </w:tbl>
    <w:p w14:paraId="7A986757" w14:textId="77777777" w:rsidR="00D827E5" w:rsidRDefault="007965C3">
      <w:pPr>
        <w:spacing w:before="360" w:after="0"/>
        <w:jc w:val="center"/>
      </w:pPr>
      <w:r>
        <w:rPr>
          <w:rFonts w:ascii="Georgia" w:hAnsi="Georgia"/>
          <w:color w:val="555555"/>
        </w:rPr>
        <w:t>Date: ___________________________          Signed: ___________________________</w:t>
      </w:r>
    </w:p>
    <w:p w14:paraId="43C16FCA" w14:textId="77777777" w:rsidR="00D827E5" w:rsidRDefault="007965C3">
      <w:pPr>
        <w:spacing w:before="100" w:after="0"/>
        <w:jc w:val="center"/>
      </w:pPr>
      <w:r>
        <w:rPr>
          <w:rFonts w:ascii="Georgia" w:hAnsi="Georgia"/>
          <w:b/>
          <w:color w:val="4A234F"/>
          <w:sz w:val="24"/>
        </w:rPr>
        <w:t>Barling Magna Parish Council</w:t>
      </w:r>
    </w:p>
    <w:p w14:paraId="6EEA6389" w14:textId="77777777" w:rsidR="00D827E5" w:rsidRDefault="007965C3">
      <w:r>
        <w:br w:type="page"/>
      </w:r>
    </w:p>
    <w:p w14:paraId="30F95FBA" w14:textId="77777777" w:rsidR="00D827E5" w:rsidRDefault="007965C3">
      <w:pPr>
        <w:spacing w:after="160"/>
        <w:jc w:val="center"/>
      </w:pPr>
      <w:r>
        <w:rPr>
          <w:rFonts w:ascii="Georgia" w:hAnsi="Georgia"/>
          <w:b/>
          <w:color w:val="4A234F"/>
          <w:sz w:val="32"/>
        </w:rPr>
        <w:lastRenderedPageBreak/>
        <w:t>✦</w:t>
      </w:r>
      <w:r>
        <w:rPr>
          <w:rFonts w:ascii="Georgia" w:hAnsi="Georgia"/>
          <w:b/>
          <w:color w:val="4A234F"/>
          <w:sz w:val="32"/>
        </w:rPr>
        <w:t xml:space="preserve">  BARLING MAGNA PARISH COUNCIL  ✦</w:t>
      </w:r>
    </w:p>
    <w:p w14:paraId="69DA3E35" w14:textId="77777777" w:rsidR="00D827E5" w:rsidRDefault="007965C3">
      <w:pPr>
        <w:spacing w:after="0"/>
        <w:jc w:val="center"/>
      </w:pPr>
      <w:r>
        <w:rPr>
          <w:rFonts w:ascii="Georgia" w:hAnsi="Georgia"/>
          <w:b/>
          <w:color w:val="E87522"/>
          <w:sz w:val="68"/>
        </w:rPr>
        <w:t>HALLOWEEN</w:t>
      </w:r>
    </w:p>
    <w:p w14:paraId="749156B6" w14:textId="77777777" w:rsidR="00D827E5" w:rsidRDefault="007965C3">
      <w:pPr>
        <w:spacing w:after="240"/>
        <w:jc w:val="center"/>
      </w:pPr>
      <w:r>
        <w:rPr>
          <w:rFonts w:ascii="Georgia" w:hAnsi="Georgia"/>
          <w:b/>
          <w:color w:val="29213A"/>
          <w:sz w:val="44"/>
        </w:rPr>
        <w:t>BEST DRESSED HOUSE COMPETITION</w:t>
      </w:r>
    </w:p>
    <w:p w14:paraId="06B86DB2" w14:textId="77777777" w:rsidR="00D827E5" w:rsidRDefault="007965C3">
      <w:pPr>
        <w:spacing w:after="360"/>
        <w:jc w:val="center"/>
      </w:pPr>
      <w:r>
        <w:rPr>
          <w:rFonts w:ascii="Georgia" w:hAnsi="Georgia"/>
          <w:b/>
          <w:color w:val="7A4A85"/>
          <w:sz w:val="30"/>
        </w:rPr>
        <w:t>CERTIFICATE OF ACHIEVEMENT</w:t>
      </w:r>
    </w:p>
    <w:p w14:paraId="6C54F697" w14:textId="77777777" w:rsidR="00D827E5" w:rsidRDefault="007965C3">
      <w:pPr>
        <w:jc w:val="center"/>
      </w:pPr>
      <w:r>
        <w:rPr>
          <w:rFonts w:ascii="Georgia" w:hAnsi="Georgia"/>
          <w:i/>
          <w:color w:val="333333"/>
          <w:sz w:val="30"/>
        </w:rPr>
        <w:t>This certificate is proudly presented to</w:t>
      </w:r>
    </w:p>
    <w:p w14:paraId="1284F026" w14:textId="457074B7" w:rsidR="00D827E5" w:rsidRDefault="007965C3">
      <w:pPr>
        <w:spacing w:after="160"/>
        <w:jc w:val="center"/>
      </w:pPr>
      <w:r>
        <w:rPr>
          <w:rFonts w:ascii="Georgia" w:hAnsi="Georgia"/>
          <w:color w:val="4A234F"/>
          <w:sz w:val="48"/>
        </w:rPr>
        <w:t>__</w:t>
      </w:r>
      <w:r w:rsidR="00380E2F">
        <w:rPr>
          <w:rFonts w:ascii="Georgia" w:hAnsi="Georgia"/>
          <w:color w:val="4A234F"/>
          <w:sz w:val="48"/>
        </w:rPr>
        <w:t>153 Little Wakering Road</w:t>
      </w:r>
      <w:r>
        <w:rPr>
          <w:rFonts w:ascii="Georgia" w:hAnsi="Georgia"/>
          <w:color w:val="4A234F"/>
          <w:sz w:val="48"/>
        </w:rPr>
        <w:t>____</w:t>
      </w:r>
    </w:p>
    <w:p w14:paraId="10FDADDC" w14:textId="77777777" w:rsidR="00D827E5" w:rsidRDefault="007965C3">
      <w:pPr>
        <w:spacing w:after="80"/>
        <w:jc w:val="center"/>
      </w:pPr>
      <w:r>
        <w:rPr>
          <w:rFonts w:ascii="Georgia" w:hAnsi="Georgia"/>
          <w:i/>
          <w:color w:val="333333"/>
          <w:sz w:val="28"/>
        </w:rPr>
        <w:t>for achieving</w:t>
      </w:r>
    </w:p>
    <w:p w14:paraId="6F039268" w14:textId="77777777" w:rsidR="00D827E5" w:rsidRDefault="007965C3">
      <w:pPr>
        <w:spacing w:after="120"/>
        <w:jc w:val="center"/>
      </w:pPr>
      <w:r>
        <w:rPr>
          <w:rFonts w:ascii="Georgia" w:hAnsi="Georgia"/>
          <w:b/>
          <w:color w:val="E87522"/>
          <w:sz w:val="60"/>
        </w:rPr>
        <w:t>3RD PLACE</w:t>
      </w:r>
    </w:p>
    <w:p w14:paraId="7714968A" w14:textId="77777777" w:rsidR="00D827E5" w:rsidRDefault="007965C3">
      <w:pPr>
        <w:spacing w:after="320"/>
        <w:jc w:val="center"/>
      </w:pPr>
      <w:r>
        <w:rPr>
          <w:rFonts w:ascii="Georgia" w:hAnsi="Georgia"/>
          <w:color w:val="333333"/>
          <w:sz w:val="28"/>
        </w:rPr>
        <w:t>in the Barling Magna Parish Council Best Dressed Halloween House Competition.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64"/>
      </w:tblGrid>
      <w:tr w:rsidR="00D827E5" w14:paraId="1181F775" w14:textId="77777777">
        <w:trPr>
          <w:jc w:val="center"/>
        </w:trPr>
        <w:tc>
          <w:tcPr>
            <w:tcW w:w="8064" w:type="dxa"/>
            <w:shd w:val="clear" w:color="auto" w:fill="FCE8D7"/>
            <w:vAlign w:val="center"/>
          </w:tcPr>
          <w:p w14:paraId="6BE02896" w14:textId="77777777" w:rsidR="00D827E5" w:rsidRDefault="007965C3">
            <w:pPr>
              <w:spacing w:before="100" w:after="100"/>
              <w:jc w:val="center"/>
            </w:pPr>
            <w:r>
              <w:rPr>
                <w:rFonts w:ascii="Georgia" w:hAnsi="Georgia"/>
                <w:i/>
                <w:color w:val="4A234F"/>
                <w:sz w:val="26"/>
              </w:rPr>
              <w:t>Thank you for helping make Barling Magna spooky!</w:t>
            </w:r>
          </w:p>
        </w:tc>
      </w:tr>
    </w:tbl>
    <w:p w14:paraId="41FF0BCF" w14:textId="77777777" w:rsidR="00D827E5" w:rsidRDefault="007965C3">
      <w:pPr>
        <w:spacing w:before="360" w:after="0"/>
        <w:jc w:val="center"/>
      </w:pPr>
      <w:r>
        <w:rPr>
          <w:rFonts w:ascii="Georgia" w:hAnsi="Georgia"/>
          <w:color w:val="555555"/>
        </w:rPr>
        <w:t>Date: ___________________________          Signed: ___________________________</w:t>
      </w:r>
    </w:p>
    <w:p w14:paraId="7074E8E6" w14:textId="77777777" w:rsidR="00D827E5" w:rsidRDefault="007965C3">
      <w:pPr>
        <w:spacing w:before="100" w:after="0"/>
        <w:jc w:val="center"/>
      </w:pPr>
      <w:r>
        <w:rPr>
          <w:rFonts w:ascii="Georgia" w:hAnsi="Georgia"/>
          <w:b/>
          <w:color w:val="4A234F"/>
          <w:sz w:val="24"/>
        </w:rPr>
        <w:t>Barling Magna Parish Council</w:t>
      </w:r>
    </w:p>
    <w:sectPr w:rsidR="00D827E5" w:rsidSect="00034616">
      <w:pgSz w:w="15840" w:h="12240" w:orient="landscape"/>
      <w:pgMar w:top="792" w:right="1008" w:bottom="792" w:left="1008" w:header="720" w:footer="720" w:gutter="0"/>
      <w:pgBorders w:offsetFrom="page">
        <w:top w:val="double" w:sz="18" w:space="18" w:color="E87522"/>
        <w:left w:val="double" w:sz="18" w:space="18" w:color="E87522"/>
        <w:bottom w:val="double" w:sz="18" w:space="18" w:color="E87522"/>
        <w:right w:val="double" w:sz="18" w:space="18" w:color="E8752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5448785">
    <w:abstractNumId w:val="8"/>
  </w:num>
  <w:num w:numId="2" w16cid:durableId="217479285">
    <w:abstractNumId w:val="6"/>
  </w:num>
  <w:num w:numId="3" w16cid:durableId="606154778">
    <w:abstractNumId w:val="5"/>
  </w:num>
  <w:num w:numId="4" w16cid:durableId="999582034">
    <w:abstractNumId w:val="4"/>
  </w:num>
  <w:num w:numId="5" w16cid:durableId="500661515">
    <w:abstractNumId w:val="7"/>
  </w:num>
  <w:num w:numId="6" w16cid:durableId="2083525162">
    <w:abstractNumId w:val="3"/>
  </w:num>
  <w:num w:numId="7" w16cid:durableId="1803185889">
    <w:abstractNumId w:val="2"/>
  </w:num>
  <w:num w:numId="8" w16cid:durableId="931475536">
    <w:abstractNumId w:val="1"/>
  </w:num>
  <w:num w:numId="9" w16cid:durableId="440152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F4A"/>
    <w:rsid w:val="0015074B"/>
    <w:rsid w:val="0029639D"/>
    <w:rsid w:val="00326F90"/>
    <w:rsid w:val="00380E2F"/>
    <w:rsid w:val="007965C3"/>
    <w:rsid w:val="00AA1D8D"/>
    <w:rsid w:val="00B47730"/>
    <w:rsid w:val="00CB0664"/>
    <w:rsid w:val="00D827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3884FD"/>
  <w14:defaultImageDpi w14:val="300"/>
  <w15:docId w15:val="{B583C565-0DC0-45E2-9881-C6AA94992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Steph Raine</cp:lastModifiedBy>
  <cp:revision>2</cp:revision>
  <dcterms:created xsi:type="dcterms:W3CDTF">2026-11-06T07:56:00Z</dcterms:created>
  <dcterms:modified xsi:type="dcterms:W3CDTF">2026-11-06T07:56:00Z</dcterms:modified>
  <cp:category/>
</cp:coreProperties>
</file>